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Request for proposal: [Project Name]</w:t>
      </w:r>
    </w:p>
    <w:p>
      <w:r>
        <w:rPr>
          <w:color w:val="555555"/>
        </w:rPr>
        <w:t>Issued by: [Company]   Issue date: [Date]   Version: [1.0]</w:t>
      </w:r>
    </w:p>
    <w:p>
      <w:r>
        <w:rPr>
          <w:color w:val="555555"/>
        </w:rPr>
        <w:t>RFP contact: [Name, role, email] (all questions in writing to this contact)</w:t>
      </w:r>
    </w:p>
    <w:p>
      <w:pPr>
        <w:pStyle w:val="Heading1"/>
      </w:pPr>
      <w:r>
        <w:t>1. About us</w:t>
      </w:r>
    </w:p>
    <w:p>
      <w:r>
        <w:rPr>
          <w:color w:val="555555"/>
        </w:rPr>
        <w:t>[Two short paragraphs: what the company does, size, where it is based,</w:t>
      </w:r>
    </w:p>
    <w:p>
      <w:r>
        <w:t>who the customers are.]</w:t>
      </w:r>
    </w:p>
    <w:p>
      <w:pPr>
        <w:pStyle w:val="Heading1"/>
      </w:pPr>
      <w:r>
        <w:t>2. Project summary</w:t>
      </w:r>
    </w:p>
    <w:p>
      <w:r>
        <w:rPr>
          <w:color w:val="555555"/>
        </w:rPr>
        <w:t>Goal: [One main goal]</w:t>
      </w:r>
    </w:p>
    <w:p>
      <w:r>
        <w:rPr>
          <w:color w:val="555555"/>
        </w:rPr>
        <w:t>Success measure: [Number, date or decision]</w:t>
      </w:r>
    </w:p>
    <w:p>
      <w:r>
        <w:t>The full design brief is attached as Appendix A.</w:t>
      </w:r>
    </w:p>
    <w:p>
      <w:pPr>
        <w:pStyle w:val="Heading1"/>
      </w:pPr>
      <w:r>
        <w:t>3. Scope and deliverables</w:t>
      </w:r>
    </w:p>
    <w:p>
      <w:r>
        <w:t>In scope:</w:t>
      </w:r>
    </w:p>
    <w:p>
      <w:pPr>
        <w:pStyle w:val="ListBullet"/>
      </w:pPr>
      <w:r>
        <w:t>[Deliverable, format, quantity]</w:t>
      </w:r>
    </w:p>
    <w:p>
      <w:pPr>
        <w:pStyle w:val="ListBullet"/>
      </w:pPr>
      <w:r>
        <w:t>[Deliverable, format, quantity]</w:t>
      </w:r>
    </w:p>
    <w:p>
      <w:r>
        <w:t>Not in scope:</w:t>
      </w:r>
    </w:p>
    <w:p>
      <w:pPr>
        <w:pStyle w:val="ListBullet"/>
      </w:pPr>
      <w:r>
        <w:t>[e.g. copywriting, development, photography]</w:t>
      </w:r>
    </w:p>
    <w:p>
      <w:r>
        <w:t>Optional items to price separately:</w:t>
      </w:r>
    </w:p>
    <w:p>
      <w:pPr>
        <w:pStyle w:val="ListBullet"/>
      </w:pPr>
      <w:r>
        <w:t>[e.g. development in Webflow, motion assets]</w:t>
      </w:r>
    </w:p>
    <w:p>
      <w:pPr>
        <w:pStyle w:val="Heading1"/>
      </w:pPr>
      <w:r>
        <w:t>4. Budget</w:t>
      </w:r>
    </w:p>
    <w:p>
      <w:r>
        <w:rPr>
          <w:color w:val="555555"/>
        </w:rPr>
        <w:t>Budget range: [$ low to $ high], excluding [taxes/expenses if relevant].</w:t>
      </w:r>
    </w:p>
    <w:p>
      <w:r>
        <w:t>Proposals far outside this range should explain why.</w:t>
      </w:r>
    </w:p>
    <w:p>
      <w:pPr>
        <w:pStyle w:val="Heading1"/>
      </w:pPr>
      <w:r>
        <w:t>5. Timeline</w:t>
      </w:r>
    </w:p>
    <w:p>
      <w:r>
        <w:rPr>
          <w:color w:val="555555"/>
        </w:rPr>
        <w:t>RFP issued: [date]</w:t>
      </w:r>
    </w:p>
    <w:p>
      <w:r>
        <w:rPr>
          <w:color w:val="555555"/>
        </w:rPr>
        <w:t>Written questions due: [date]</w:t>
      </w:r>
    </w:p>
    <w:p>
      <w:r>
        <w:rPr>
          <w:color w:val="555555"/>
        </w:rPr>
        <w:t>Answers shared with all agencies: [date]</w:t>
      </w:r>
    </w:p>
    <w:p>
      <w:r>
        <w:rPr>
          <w:color w:val="555555"/>
        </w:rPr>
        <w:t>Proposals due: [date, time, time zone]</w:t>
      </w:r>
    </w:p>
    <w:p>
      <w:r>
        <w:rPr>
          <w:color w:val="555555"/>
        </w:rPr>
        <w:t>Shortlist notified: [date]</w:t>
      </w:r>
    </w:p>
    <w:p>
      <w:r>
        <w:rPr>
          <w:color w:val="555555"/>
        </w:rPr>
        <w:t>Shortlist presentations: [date range]</w:t>
      </w:r>
    </w:p>
    <w:p>
      <w:r>
        <w:rPr>
          <w:color w:val="555555"/>
        </w:rPr>
        <w:t>Decision: [date]</w:t>
      </w:r>
    </w:p>
    <w:p>
      <w:r>
        <w:rPr>
          <w:color w:val="555555"/>
        </w:rPr>
        <w:t>Project start: [date]</w:t>
      </w:r>
    </w:p>
    <w:p>
      <w:r>
        <w:rPr>
          <w:color w:val="555555"/>
        </w:rPr>
        <w:t>Fixed project deadline: [date and the reason for it]</w:t>
      </w:r>
    </w:p>
    <w:p>
      <w:pPr>
        <w:pStyle w:val="Heading1"/>
      </w:pPr>
      <w:r>
        <w:t>6. What your proposal must contain</w:t>
      </w:r>
    </w:p>
    <w:p>
      <w:r>
        <w:t>Use the section order below so we can compare proposals fairly.</w:t>
      </w:r>
    </w:p>
    <w:p>
      <w:r>
        <w:rPr>
          <w:color w:val="555555"/>
        </w:rPr>
        <w:t>Maximum [10] pages excluding case studies.</w:t>
      </w:r>
    </w:p>
    <w:p>
      <w:pPr>
        <w:pStyle w:val="ListBullet"/>
      </w:pPr>
      <w:r>
        <w:t>Your understanding of our goal (max 1 page)</w:t>
      </w:r>
    </w:p>
    <w:p>
      <w:pPr>
        <w:pStyle w:val="ListBullet"/>
      </w:pPr>
      <w:r>
        <w:t>Proposed approach and phases</w:t>
      </w:r>
    </w:p>
    <w:p>
      <w:pPr>
        <w:pStyle w:val="ListBullet"/>
      </w:pPr>
      <w:r>
        <w:t>Relevant work: 2 to 3 case studies with the client's problem,</w:t>
      </w:r>
    </w:p>
    <w:p>
      <w:r>
        <w:t>what you did, and the result</w:t>
      </w:r>
    </w:p>
    <w:p>
      <w:pPr>
        <w:pStyle w:val="ListBullet"/>
      </w:pPr>
      <w:r>
        <w:t>Team: who will work on this, their role and % of time</w:t>
      </w:r>
    </w:p>
    <w:p>
      <w:pPr>
        <w:pStyle w:val="ListBullet"/>
      </w:pPr>
      <w:r>
        <w:t>Timeline against our dates</w:t>
      </w:r>
    </w:p>
    <w:p>
      <w:pPr>
        <w:pStyle w:val="ListBullet"/>
      </w:pPr>
      <w:r>
        <w:t>Price: fixed fee per phase, plus the rates for any extra work</w:t>
      </w:r>
    </w:p>
    <w:p>
      <w:pPr>
        <w:pStyle w:val="ListBullet"/>
      </w:pPr>
      <w:r>
        <w:t>Assumptions and what you need from us</w:t>
      </w:r>
    </w:p>
    <w:p>
      <w:pPr>
        <w:pStyle w:val="ListBullet"/>
      </w:pPr>
      <w:r>
        <w:t>Two client references we may contact</w:t>
      </w:r>
    </w:p>
    <w:p>
      <w:pPr>
        <w:pStyle w:val="Heading1"/>
      </w:pPr>
      <w:r>
        <w:t>7. How we will evaluate proposals</w:t>
      </w:r>
    </w:p>
    <w:p>
      <w:r>
        <w:t>Criterion                               Weight</w:t>
      </w:r>
    </w:p>
    <w:p>
      <w:r>
        <w:rPr>
          <w:color w:val="555555"/>
        </w:rPr>
        <w:t>Understanding of our goal and audience    [25]%</w:t>
      </w:r>
    </w:p>
    <w:p>
      <w:r>
        <w:rPr>
          <w:color w:val="555555"/>
        </w:rPr>
        <w:t>Relevant work and results                 [20]%</w:t>
      </w:r>
    </w:p>
    <w:p>
      <w:r>
        <w:rPr>
          <w:color w:val="555555"/>
        </w:rPr>
        <w:t>Team and capacity                         [15]%</w:t>
      </w:r>
    </w:p>
    <w:p>
      <w:r>
        <w:rPr>
          <w:color w:val="555555"/>
        </w:rPr>
        <w:t>Process and collaboration                 [10]%</w:t>
      </w:r>
    </w:p>
    <w:p>
      <w:r>
        <w:rPr>
          <w:color w:val="555555"/>
        </w:rPr>
        <w:t>Price and value                           [20]%</w:t>
      </w:r>
    </w:p>
    <w:p>
      <w:r>
        <w:rPr>
          <w:color w:val="555555"/>
        </w:rPr>
        <w:t>Terms and risk                            [10]%</w:t>
      </w:r>
    </w:p>
    <w:p>
      <w:r>
        <w:t>Each criterion is scored 1 to 5 by each evaluator, then agreed</w:t>
      </w:r>
    </w:p>
    <w:p>
      <w:r>
        <w:t>as a team. The highest scores are shortlisted for presentations.</w:t>
      </w:r>
    </w:p>
    <w:p>
      <w:pPr>
        <w:pStyle w:val="Heading1"/>
      </w:pPr>
      <w:r>
        <w:t>8. Commercial terms</w:t>
      </w:r>
    </w:p>
    <w:p>
      <w:r>
        <w:rPr>
          <w:color w:val="555555"/>
        </w:rPr>
        <w:t>Payment: [e.g. by milestone, net 30]</w:t>
      </w:r>
    </w:p>
    <w:p>
      <w:r>
        <w:t>Intellectual property: on full payment, all rights in the final</w:t>
      </w:r>
    </w:p>
    <w:p>
      <w:r>
        <w:rPr>
          <w:color w:val="555555"/>
        </w:rPr>
        <w:t>deliverables and source files transfer to [Company] by written</w:t>
      </w:r>
    </w:p>
    <w:p>
      <w:r>
        <w:t>assignment. List any third-party assets (fonts, stock) and licences.</w:t>
      </w:r>
    </w:p>
    <w:p>
      <w:r>
        <w:t>Revisions: state how many rounds each phase includes.</w:t>
      </w:r>
    </w:p>
    <w:p>
      <w:r>
        <w:t>Changes: state how out-of-scope work is quoted and approved.</w:t>
      </w:r>
    </w:p>
    <w:p>
      <w:r>
        <w:t>Termination: state what happens to fees and files if either side ends</w:t>
      </w:r>
    </w:p>
    <w:p>
      <w:r>
        <w:t>the project early.</w:t>
      </w:r>
    </w:p>
    <w:p>
      <w:r>
        <w:rPr>
          <w:color w:val="555555"/>
        </w:rPr>
        <w:t>Insurance: [state any requirement].</w:t>
      </w:r>
    </w:p>
    <w:p>
      <w:pPr>
        <w:pStyle w:val="Heading1"/>
      </w:pPr>
      <w:r>
        <w:t>9. Submission</w:t>
      </w:r>
    </w:p>
    <w:p>
      <w:r>
        <w:rPr>
          <w:color w:val="555555"/>
        </w:rPr>
        <w:t>Send one PDF to [email] by [deadline]. Late proposals [will / will not]</w:t>
      </w:r>
    </w:p>
    <w:p>
      <w:r>
        <w:t>be considered. We do not ask for or pay for unsolicited design</w:t>
      </w:r>
    </w:p>
    <w:p>
      <w:r>
        <w:t>concepts at this stage.</w:t>
      </w:r>
    </w:p>
    <w:p>
      <w:pPr>
        <w:pStyle w:val="Heading1"/>
      </w:pPr>
      <w:r>
        <w:t>10. Rules</w:t>
      </w:r>
    </w:p>
    <w:p>
      <w:pPr>
        <w:pStyle w:val="ListBullet"/>
      </w:pPr>
      <w:r>
        <w:t>Questions go only to the RFP contact; answers are shared with all.</w:t>
      </w:r>
    </w:p>
    <w:p>
      <w:pPr>
        <w:pStyle w:val="ListBullet"/>
      </w:pPr>
      <w:r>
        <w:t>We may shortlist, negotiate or cancel at any stage.</w:t>
      </w:r>
    </w:p>
    <w:p>
      <w:pPr>
        <w:pStyle w:val="ListBullet"/>
      </w:pPr>
      <w:r>
        <w:t>Everything we send is confidential and for this RFP only.</w:t>
      </w:r>
    </w:p>
    <w:p>
      <w:r>
        <w:t>APPENDIX A: Design brief</w:t>
      </w:r>
    </w:p>
    <w:p>
      <w:r>
        <w:t>APPENDIX B: Brand guidelines and links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Free template from Bay Area Design Agency (bayareadesignagency.com). Use and adapt it freely.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