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Design brief</w:t>
      </w:r>
    </w:p>
    <w:p>
      <w:r>
        <w:rPr>
          <w:color w:val="555555"/>
        </w:rPr>
        <w:t>Project name: [Short name everyone will use]</w:t>
      </w:r>
    </w:p>
    <w:p>
      <w:r>
        <w:rPr>
          <w:color w:val="555555"/>
        </w:rPr>
        <w:t>Company: [Legal or trading name]</w:t>
      </w:r>
    </w:p>
    <w:p>
      <w:r>
        <w:rPr>
          <w:color w:val="555555"/>
        </w:rPr>
        <w:t>Brief owner: [Name, role, email]</w:t>
      </w:r>
    </w:p>
    <w:p>
      <w:r>
        <w:rPr>
          <w:color w:val="555555"/>
        </w:rPr>
        <w:t>Date: [Date]   Version: [1.0]</w:t>
      </w:r>
    </w:p>
    <w:p>
      <w:pPr>
        <w:pStyle w:val="Heading1"/>
      </w:pPr>
      <w:r>
        <w:t>1. Background</w:t>
      </w:r>
    </w:p>
    <w:p>
      <w:r>
        <w:t>What does your company do, in two sentences?</w:t>
      </w:r>
    </w:p>
    <w:p>
      <w:r>
        <w:rPr>
          <w:color w:val="555555"/>
        </w:rPr>
        <w:t>[...]</w:t>
      </w:r>
    </w:p>
    <w:p>
      <w:r>
        <w:t>Why are you starting this project now? What changed?</w:t>
      </w:r>
    </w:p>
    <w:p>
      <w:r>
        <w:rPr>
          <w:color w:val="555555"/>
        </w:rPr>
        <w:t>[...]</w:t>
      </w:r>
    </w:p>
    <w:p>
      <w:pPr>
        <w:pStyle w:val="Heading1"/>
      </w:pPr>
      <w:r>
        <w:t>2. Goal and success measure</w:t>
      </w:r>
    </w:p>
    <w:p>
      <w:r>
        <w:t>What must this project achieve? (one main goal)</w:t>
      </w:r>
    </w:p>
    <w:p>
      <w:r>
        <w:rPr>
          <w:color w:val="555555"/>
        </w:rPr>
        <w:t>[...]</w:t>
      </w:r>
    </w:p>
    <w:p>
      <w:r>
        <w:t>How will you know it worked? (a number, date or decision)</w:t>
      </w:r>
    </w:p>
    <w:p>
      <w:r>
        <w:rPr>
          <w:color w:val="555555"/>
        </w:rPr>
        <w:t>[...]</w:t>
      </w:r>
    </w:p>
    <w:p>
      <w:pPr>
        <w:pStyle w:val="Heading1"/>
      </w:pPr>
      <w:r>
        <w:t>3. Audience</w:t>
      </w:r>
    </w:p>
    <w:p>
      <w:r>
        <w:t>Who is this for? (role, company type, what they already know)</w:t>
      </w:r>
    </w:p>
    <w:p>
      <w:r>
        <w:rPr>
          <w:color w:val="555555"/>
        </w:rPr>
        <w:t>[...]</w:t>
      </w:r>
    </w:p>
    <w:p>
      <w:r>
        <w:t>What do they need to think, feel or do after seeing it?</w:t>
      </w:r>
    </w:p>
    <w:p>
      <w:r>
        <w:rPr>
          <w:color w:val="555555"/>
        </w:rPr>
        <w:t>[...]</w:t>
      </w:r>
    </w:p>
    <w:p>
      <w:pPr>
        <w:pStyle w:val="Heading1"/>
      </w:pPr>
      <w:r>
        <w:t>4. Key message</w:t>
      </w:r>
    </w:p>
    <w:p>
      <w:r>
        <w:t>The one thing the audience should take away:</w:t>
      </w:r>
    </w:p>
    <w:p>
      <w:r>
        <w:rPr>
          <w:color w:val="555555"/>
        </w:rPr>
        <w:t>[...]</w:t>
      </w:r>
    </w:p>
    <w:p>
      <w:r>
        <w:t>Proof points that support it (facts, not adjectives):</w:t>
      </w:r>
    </w:p>
    <w:p>
      <w:r>
        <w:rPr>
          <w:color w:val="555555"/>
        </w:rPr>
        <w:t>[...]</w:t>
      </w:r>
    </w:p>
    <w:p>
      <w:pPr>
        <w:pStyle w:val="Heading1"/>
      </w:pPr>
      <w:r>
        <w:t>5. Deliverables</w:t>
      </w:r>
    </w:p>
    <w:p>
      <w:r>
        <w:t>List each item, format and quantity:</w:t>
      </w:r>
    </w:p>
    <w:p>
      <w:pPr>
        <w:pStyle w:val="ListBullet"/>
      </w:pPr>
      <w:r>
        <w:t>[e.g. Homepage + 6 inner page designs, Figma]</w:t>
      </w:r>
    </w:p>
    <w:p>
      <w:pPr>
        <w:pStyle w:val="ListBullet"/>
      </w:pPr>
      <w:r>
        <w:t>[e.g. Responsive build in Webflow / not included]</w:t>
      </w:r>
    </w:p>
    <w:p>
      <w:r>
        <w:t>What is explicitly NOT in scope:</w:t>
      </w:r>
    </w:p>
    <w:p>
      <w:r>
        <w:rPr>
          <w:color w:val="555555"/>
        </w:rPr>
        <w:t>[...]</w:t>
      </w:r>
    </w:p>
    <w:p>
      <w:pPr>
        <w:pStyle w:val="Heading1"/>
      </w:pPr>
      <w:r>
        <w:t>6. Brand and constraints</w:t>
      </w:r>
    </w:p>
    <w:p>
      <w:r>
        <w:t>Existing brand assets (logo, colours, fonts, guidelines link):</w:t>
      </w:r>
    </w:p>
    <w:p>
      <w:r>
        <w:rPr>
          <w:color w:val="555555"/>
        </w:rPr>
        <w:t>[...]</w:t>
      </w:r>
    </w:p>
    <w:p>
      <w:r>
        <w:t>What must not change:</w:t>
      </w:r>
    </w:p>
    <w:p>
      <w:r>
        <w:rPr>
          <w:color w:val="555555"/>
        </w:rPr>
        <w:t>[...]</w:t>
      </w:r>
    </w:p>
    <w:p>
      <w:r>
        <w:t>Accessibility, legal or technical requirements:</w:t>
      </w:r>
    </w:p>
    <w:p>
      <w:r>
        <w:rPr>
          <w:color w:val="555555"/>
        </w:rPr>
        <w:t>[...]</w:t>
      </w:r>
    </w:p>
    <w:p>
      <w:pPr>
        <w:pStyle w:val="Heading1"/>
      </w:pPr>
      <w:r>
        <w:t>7. Inspiration and competitors</w:t>
      </w:r>
    </w:p>
    <w:p>
      <w:r>
        <w:t>Examples you like and why:</w:t>
      </w:r>
    </w:p>
    <w:p>
      <w:r>
        <w:rPr>
          <w:color w:val="555555"/>
        </w:rPr>
        <w:t>[...]</w:t>
      </w:r>
    </w:p>
    <w:p>
      <w:r>
        <w:t>Competitors and how you want to differ:</w:t>
      </w:r>
    </w:p>
    <w:p>
      <w:r>
        <w:rPr>
          <w:color w:val="555555"/>
        </w:rPr>
        <w:t>[...]</w:t>
      </w:r>
    </w:p>
    <w:p>
      <w:pPr>
        <w:pStyle w:val="Heading1"/>
      </w:pPr>
      <w:r>
        <w:t>8. Budget</w:t>
      </w:r>
    </w:p>
    <w:p>
      <w:r>
        <w:rPr>
          <w:color w:val="555555"/>
        </w:rPr>
        <w:t>Budget range: [$ low to $ high]</w:t>
      </w:r>
    </w:p>
    <w:p>
      <w:r>
        <w:t>Payment terms or approval limits:</w:t>
      </w:r>
    </w:p>
    <w:p>
      <w:r>
        <w:rPr>
          <w:color w:val="555555"/>
        </w:rPr>
        <w:t>[...]</w:t>
      </w:r>
    </w:p>
    <w:p>
      <w:pPr>
        <w:pStyle w:val="Heading1"/>
      </w:pPr>
      <w:r>
        <w:t>9. Timeline</w:t>
      </w:r>
    </w:p>
    <w:p>
      <w:r>
        <w:t>Key dates (kickoff, first concepts, launch):</w:t>
      </w:r>
    </w:p>
    <w:p>
      <w:r>
        <w:rPr>
          <w:color w:val="555555"/>
        </w:rPr>
        <w:t>[...]</w:t>
      </w:r>
    </w:p>
    <w:p>
      <w:r>
        <w:t>Fixed deadline and the reason for it:</w:t>
      </w:r>
    </w:p>
    <w:p>
      <w:r>
        <w:rPr>
          <w:color w:val="555555"/>
        </w:rPr>
        <w:t>[...]</w:t>
      </w:r>
    </w:p>
    <w:p>
      <w:pPr>
        <w:pStyle w:val="Heading1"/>
      </w:pPr>
      <w:r>
        <w:t>10. People and approvals</w:t>
      </w:r>
    </w:p>
    <w:p>
      <w:r>
        <w:t>Day-to-day contact:</w:t>
      </w:r>
    </w:p>
    <w:p>
      <w:r>
        <w:rPr>
          <w:color w:val="555555"/>
        </w:rPr>
        <w:t>[...]</w:t>
      </w:r>
    </w:p>
    <w:p>
      <w:r>
        <w:t>Who gives final approval:</w:t>
      </w:r>
    </w:p>
    <w:p>
      <w:r>
        <w:rPr>
          <w:color w:val="555555"/>
        </w:rPr>
        <w:t>[...]</w:t>
      </w:r>
    </w:p>
    <w:p>
      <w:r>
        <w:t>Who else must be consulted:</w:t>
      </w:r>
    </w:p>
    <w:p>
      <w:r>
        <w:rPr>
          <w:color w:val="555555"/>
        </w:rPr>
        <w:t>[...]</w:t>
      </w:r>
    </w:p>
    <w:p>
      <w:pPr>
        <w:pStyle w:val="Heading1"/>
      </w:pPr>
      <w:r>
        <w:t>Attachments</w:t>
      </w:r>
    </w:p>
    <w:p>
      <w:r>
        <w:rPr>
          <w:color w:val="555555"/>
        </w:rPr>
        <w:t>[Links to brand guidelines, current site, research, analytics]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Free template from Bay Area Design Agency (bayareadesignagency.com). Use and adapt it freely.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