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Questions to ask a design agency before you sign</w:t>
      </w:r>
    </w:p>
    <w:p>
      <w:r>
        <w:t>Agency: ____________________   Date: ____________   Call with: ____________________</w:t>
      </w:r>
    </w:p>
    <w:p>
      <w:r>
        <w:t>★ = never skip. Write down the answer, not your impression.</w:t>
      </w:r>
    </w:p>
    <w:p>
      <w:pPr>
        <w:pStyle w:val="Heading1"/>
      </w:pPr>
      <w:r>
        <w:t>1. Fit and understanding</w:t>
      </w:r>
    </w:p>
    <w:p>
      <w:pPr>
        <w:pStyle w:val="ListBullet"/>
      </w:pPr>
      <w:r>
        <w:rPr>
          <w:b/>
        </w:rPr>
        <w:t>☐ ★ What do you think our goal is, in your own words?</w:t>
      </w:r>
      <w:r>
        <w:br/>
        <w:t>Why: Tests whether they read the brief. Red flag: A summary of your company, not your goal.</w:t>
      </w:r>
    </w:p>
    <w:p>
      <w:r>
        <w:t>Answer: ______________________________________________________________________</w:t>
      </w:r>
    </w:p>
    <w:p>
      <w:pPr>
        <w:pStyle w:val="ListBullet"/>
      </w:pPr>
      <w:r>
        <w:rPr>
          <w:b/>
        </w:rPr>
        <w:t>☐ What would you need to know that is not in our brief?</w:t>
      </w:r>
      <w:r>
        <w:br/>
        <w:t>Why: Good agencies spot gaps. Red flag: "Nothing, it's all clear".</w:t>
      </w:r>
    </w:p>
    <w:p>
      <w:r>
        <w:t>Answer: ______________________________________________________________________</w:t>
      </w:r>
    </w:p>
    <w:p>
      <w:pPr>
        <w:pStyle w:val="ListBullet"/>
      </w:pPr>
      <w:r>
        <w:rPr>
          <w:b/>
        </w:rPr>
        <w:t>☐ Which of your past projects is closest to ours, and why?</w:t>
      </w:r>
      <w:r>
        <w:br/>
        <w:t>Why: Relevance beats polish. Red flag: A beautiful project in an unrelated field.</w:t>
      </w:r>
    </w:p>
    <w:p>
      <w:r>
        <w:t>Answer: ______________________________________________________________________</w:t>
      </w:r>
    </w:p>
    <w:p>
      <w:pPr>
        <w:pStyle w:val="ListBullet"/>
      </w:pPr>
      <w:r>
        <w:rPr>
          <w:b/>
        </w:rPr>
        <w:t>☐ What would make you turn this project down?</w:t>
      </w:r>
      <w:r>
        <w:br/>
        <w:t>Why: Shows honesty about fit. Red flag: They have never turned anything down.</w:t>
      </w:r>
    </w:p>
    <w:p>
      <w:r>
        <w:t>Answer: ______________________________________________________________________</w:t>
      </w:r>
    </w:p>
    <w:p>
      <w:pPr>
        <w:pStyle w:val="ListBullet"/>
      </w:pPr>
      <w:r>
        <w:rPr>
          <w:b/>
        </w:rPr>
        <w:t>☐ Who are your typical clients by size and budget?</w:t>
      </w:r>
      <w:r>
        <w:br/>
        <w:t>Why: Will you be a priority or a footnote?. Red flag: You are far smaller or larger than everyone else.</w:t>
      </w:r>
    </w:p>
    <w:p>
      <w:r>
        <w:t>Answer: ______________________________________________________________________</w:t>
      </w:r>
    </w:p>
    <w:p>
      <w:pPr>
        <w:pStyle w:val="Heading1"/>
      </w:pPr>
      <w:r>
        <w:t>2. Team and capacity</w:t>
      </w:r>
    </w:p>
    <w:p>
      <w:pPr>
        <w:pStyle w:val="ListBullet"/>
      </w:pPr>
      <w:r>
        <w:rPr>
          <w:b/>
        </w:rPr>
        <w:t>☐ ★ Who exactly will work on our project, and what share of their time?</w:t>
      </w:r>
      <w:r>
        <w:br/>
        <w:t>Why: Pitch teams and delivery teams often differ. Red flag: "Our team" with no names.</w:t>
      </w:r>
    </w:p>
    <w:p>
      <w:r>
        <w:t>Answer: ______________________________________________________________________</w:t>
      </w:r>
    </w:p>
    <w:p>
      <w:pPr>
        <w:pStyle w:val="ListBullet"/>
      </w:pPr>
      <w:r>
        <w:rPr>
          <w:b/>
        </w:rPr>
        <w:t>☐ Will the people pitching be doing the work?</w:t>
      </w:r>
      <w:r>
        <w:br/>
        <w:t>Why: Senior people sell, juniors deliver. Red flag: Vague, or "they'll oversee it".</w:t>
      </w:r>
    </w:p>
    <w:p>
      <w:r>
        <w:t>Answer: ______________________________________________________________________</w:t>
      </w:r>
    </w:p>
    <w:p>
      <w:pPr>
        <w:pStyle w:val="ListBullet"/>
      </w:pPr>
      <w:r>
        <w:rPr>
          <w:b/>
        </w:rPr>
        <w:t>☐ Do you use freelancers or subcontractors, and who?</w:t>
      </w:r>
      <w:r>
        <w:br/>
        <w:t>Why: They must be bound by the same terms. Red flag: They cannot say, or will not tell you.</w:t>
      </w:r>
    </w:p>
    <w:p>
      <w:r>
        <w:t>Answer: ______________________________________________________________________</w:t>
      </w:r>
    </w:p>
    <w:p>
      <w:pPr>
        <w:pStyle w:val="ListBullet"/>
      </w:pPr>
      <w:r>
        <w:rPr>
          <w:b/>
        </w:rPr>
        <w:t>☐ What else will this team be working on at the same time?</w:t>
      </w:r>
      <w:r>
        <w:br/>
        <w:t>Why: Capacity drives delays. Red flag: No idea, or a full slate.</w:t>
      </w:r>
    </w:p>
    <w:p>
      <w:r>
        <w:t>Answer: ______________________________________________________________________</w:t>
      </w:r>
    </w:p>
    <w:p>
      <w:pPr>
        <w:pStyle w:val="ListBullet"/>
      </w:pPr>
      <w:r>
        <w:rPr>
          <w:b/>
        </w:rPr>
        <w:t>☐ Who is our day-to-day contact, and how fast do they reply?</w:t>
      </w:r>
      <w:r>
        <w:br/>
        <w:t>Why: Communication is half of delivery. Red flag: A shared inbox.</w:t>
      </w:r>
    </w:p>
    <w:p>
      <w:r>
        <w:t>Answer: ______________________________________________________________________</w:t>
      </w:r>
    </w:p>
    <w:p>
      <w:pPr>
        <w:pStyle w:val="Heading1"/>
      </w:pPr>
      <w:r>
        <w:t>3. Process and timeline</w:t>
      </w:r>
    </w:p>
    <w:p>
      <w:pPr>
        <w:pStyle w:val="ListBullet"/>
      </w:pPr>
      <w:r>
        <w:rPr>
          <w:b/>
        </w:rPr>
        <w:t>☐ ★ Walk us through your phases and when we see work</w:t>
      </w:r>
      <w:r>
        <w:br/>
        <w:t>Why: Sets expectations for every review. Red flag: "We'll share when it's ready".</w:t>
      </w:r>
    </w:p>
    <w:p>
      <w:r>
        <w:t>Answer: ______________________________________________________________________</w:t>
      </w:r>
    </w:p>
    <w:p>
      <w:pPr>
        <w:pStyle w:val="ListBullet"/>
      </w:pPr>
      <w:r>
        <w:rPr>
          <w:b/>
        </w:rPr>
        <w:t>☐ What do you need from us, and how quickly, to hit our dates?</w:t>
      </w:r>
      <w:r>
        <w:br/>
        <w:t>Why: Most delays are client-side. Red flag: They need nothing from you.</w:t>
      </w:r>
    </w:p>
    <w:p>
      <w:r>
        <w:t>Answer: ______________________________________________________________________</w:t>
      </w:r>
    </w:p>
    <w:p>
      <w:pPr>
        <w:pStyle w:val="ListBullet"/>
      </w:pPr>
      <w:r>
        <w:rPr>
          <w:b/>
        </w:rPr>
        <w:t>☐ How do you run reviews and collect feedback?</w:t>
      </w:r>
      <w:r>
        <w:br/>
        <w:t>Why: One feedback channel prevents chaos. Red flag: Feedback by email from anyone, anytime.</w:t>
      </w:r>
    </w:p>
    <w:p>
      <w:r>
        <w:t>Answer: ______________________________________________________________________</w:t>
      </w:r>
    </w:p>
    <w:p>
      <w:pPr>
        <w:pStyle w:val="ListBullet"/>
      </w:pPr>
      <w:r>
        <w:rPr>
          <w:b/>
        </w:rPr>
        <w:t>☐ Tell us about a project that went wrong. What changed afterwards?</w:t>
      </w:r>
      <w:r>
        <w:br/>
        <w:t>Why: Shows how they handle trouble. Red flag: "That has never happened".</w:t>
      </w:r>
    </w:p>
    <w:p>
      <w:r>
        <w:t>Answer: ______________________________________________________________________</w:t>
      </w:r>
    </w:p>
    <w:p>
      <w:pPr>
        <w:pStyle w:val="ListBullet"/>
      </w:pPr>
      <w:r>
        <w:rPr>
          <w:b/>
        </w:rPr>
        <w:t>☐ How do you test the work with real users or data?</w:t>
      </w:r>
      <w:r>
        <w:br/>
        <w:t>Why: Design should be judged on evidence. Red flag: Only internal opinion.</w:t>
      </w:r>
    </w:p>
    <w:p>
      <w:r>
        <w:t>Answer: ______________________________________________________________________</w:t>
      </w:r>
    </w:p>
    <w:p>
      <w:pPr>
        <w:pStyle w:val="Heading1"/>
      </w:pPr>
      <w:r>
        <w:t>4. Scope and price</w:t>
      </w:r>
    </w:p>
    <w:p>
      <w:pPr>
        <w:pStyle w:val="ListBullet"/>
      </w:pPr>
      <w:r>
        <w:rPr>
          <w:b/>
        </w:rPr>
        <w:t>☐ ★ What is the price per phase, and what exactly does each include?</w:t>
      </w:r>
      <w:r>
        <w:br/>
        <w:t>Why: Lets you compare and stop between phases. Red flag: One lump sum.</w:t>
      </w:r>
    </w:p>
    <w:p>
      <w:r>
        <w:t>Answer: ______________________________________________________________________</w:t>
      </w:r>
    </w:p>
    <w:p>
      <w:pPr>
        <w:pStyle w:val="ListBullet"/>
      </w:pPr>
      <w:r>
        <w:rPr>
          <w:b/>
        </w:rPr>
        <w:t>☐ ★ How many revision rounds are included in each phase?</w:t>
      </w:r>
      <w:r>
        <w:br/>
        <w:t>Why: Unlimited rounds do not exist. Red flag: "As many as you need".</w:t>
      </w:r>
    </w:p>
    <w:p>
      <w:r>
        <w:t>Answer: ______________________________________________________________________</w:t>
      </w:r>
    </w:p>
    <w:p>
      <w:pPr>
        <w:pStyle w:val="ListBullet"/>
      </w:pPr>
      <w:r>
        <w:rPr>
          <w:b/>
        </w:rPr>
        <w:t>☐ How is out-of-scope work quoted and approved?</w:t>
      </w:r>
      <w:r>
        <w:br/>
        <w:t>Why: Changes are where budgets break. Red flag: "We'll just bill it".</w:t>
      </w:r>
    </w:p>
    <w:p>
      <w:r>
        <w:t>Answer: ______________________________________________________________________</w:t>
      </w:r>
    </w:p>
    <w:p>
      <w:pPr>
        <w:pStyle w:val="ListBullet"/>
      </w:pPr>
      <w:r>
        <w:rPr>
          <w:b/>
        </w:rPr>
        <w:t>☐ What are your hourly rates for extra work, by role?</w:t>
      </w:r>
      <w:r>
        <w:br/>
        <w:t>Why: You will pay these for every change. Red flag: Not willing to say.</w:t>
      </w:r>
    </w:p>
    <w:p>
      <w:r>
        <w:t>Answer: ______________________________________________________________________</w:t>
      </w:r>
    </w:p>
    <w:p>
      <w:pPr>
        <w:pStyle w:val="ListBullet"/>
      </w:pPr>
      <w:r>
        <w:rPr>
          <w:b/>
        </w:rPr>
        <w:t>☐ Is project management billed separately?</w:t>
      </w:r>
      <w:r>
        <w:br/>
        <w:t>Why: It often is. Red flag: Unclear.</w:t>
      </w:r>
    </w:p>
    <w:p>
      <w:r>
        <w:t>Answer: ______________________________________________________________________</w:t>
      </w:r>
    </w:p>
    <w:p>
      <w:pPr>
        <w:pStyle w:val="ListBullet"/>
      </w:pPr>
      <w:r>
        <w:rPr>
          <w:b/>
        </w:rPr>
        <w:t>☐ What are your payment terms and milestones?</w:t>
      </w:r>
      <w:r>
        <w:br/>
        <w:t>Why: Pay as work is delivered. Red flag: Most of the fee up front.</w:t>
      </w:r>
    </w:p>
    <w:p>
      <w:r>
        <w:t>Answer: ______________________________________________________________________</w:t>
      </w:r>
    </w:p>
    <w:p>
      <w:pPr>
        <w:pStyle w:val="ListBullet"/>
      </w:pPr>
      <w:r>
        <w:rPr>
          <w:b/>
        </w:rPr>
        <w:t>☐ What assumptions does your quote rely on?</w:t>
      </w:r>
      <w:r>
        <w:br/>
        <w:t>Why: Hidden costs live here. Red flag: No assumptions listed.</w:t>
      </w:r>
    </w:p>
    <w:p>
      <w:r>
        <w:t>Answer: ______________________________________________________________________</w:t>
      </w:r>
    </w:p>
    <w:p>
      <w:pPr>
        <w:pStyle w:val="Heading1"/>
      </w:pPr>
      <w:r>
        <w:t>5. Ownership, files and licences</w:t>
      </w:r>
    </w:p>
    <w:p>
      <w:pPr>
        <w:pStyle w:val="ListBullet"/>
      </w:pPr>
      <w:r>
        <w:rPr>
          <w:b/>
        </w:rPr>
        <w:t>☐ ★ Who owns the copyright in the final work once we have paid?</w:t>
      </w:r>
      <w:r>
        <w:br/>
        <w:t>Why: Payment alone does not transfer it. Red flag: "You can use it", without an assignment.</w:t>
      </w:r>
    </w:p>
    <w:p>
      <w:r>
        <w:t>Answer: ______________________________________________________________________</w:t>
      </w:r>
    </w:p>
    <w:p>
      <w:pPr>
        <w:pStyle w:val="ListBullet"/>
      </w:pPr>
      <w:r>
        <w:rPr>
          <w:b/>
        </w:rPr>
        <w:t>☐ Will you put the copyright assignment in the contract?</w:t>
      </w:r>
      <w:r>
        <w:br/>
        <w:t>Why: It must be in writing. Red flag: Reluctance or a licence only.</w:t>
      </w:r>
    </w:p>
    <w:p>
      <w:r>
        <w:t>Answer: ______________________________________________________________________</w:t>
      </w:r>
    </w:p>
    <w:p>
      <w:pPr>
        <w:pStyle w:val="ListBullet"/>
      </w:pPr>
      <w:r>
        <w:rPr>
          <w:b/>
        </w:rPr>
        <w:t>☐ Will we receive editable source files?</w:t>
      </w:r>
      <w:r>
        <w:br/>
        <w:t>Why: You need them to change anything later. Red flag: Only flattened exports.</w:t>
      </w:r>
    </w:p>
    <w:p>
      <w:r>
        <w:t>Answer: ______________________________________________________________________</w:t>
      </w:r>
    </w:p>
    <w:p>
      <w:pPr>
        <w:pStyle w:val="ListBullet"/>
      </w:pPr>
      <w:r>
        <w:rPr>
          <w:b/>
        </w:rPr>
        <w:t>☐ Which fonts, stock images or other licensed assets will you use, and who pays the licences?</w:t>
      </w:r>
      <w:r>
        <w:br/>
        <w:t>Why: Licences can be per-seat or per-use. Red flag: They do not track this.</w:t>
      </w:r>
    </w:p>
    <w:p>
      <w:r>
        <w:t>Answer: ______________________________________________________________________</w:t>
      </w:r>
    </w:p>
    <w:p>
      <w:pPr>
        <w:pStyle w:val="ListBullet"/>
      </w:pPr>
      <w:r>
        <w:rPr>
          <w:b/>
        </w:rPr>
        <w:t>☐ Do you use AI image or text tools, and how do you handle rights in that output?</w:t>
      </w:r>
      <w:r>
        <w:br/>
        <w:t>Why: Ownership of AI output is not settled. Red flag: They have not thought about it.</w:t>
      </w:r>
    </w:p>
    <w:p>
      <w:r>
        <w:t>Answer: ______________________________________________________________________</w:t>
      </w:r>
    </w:p>
    <w:p>
      <w:pPr>
        <w:pStyle w:val="ListBullet"/>
      </w:pPr>
      <w:r>
        <w:rPr>
          <w:b/>
        </w:rPr>
        <w:t>☐ Can you show the work in your portfolio, and when?</w:t>
      </w:r>
      <w:r>
        <w:br/>
        <w:t>Why: You may have launch dates or NDAs. Red flag: They assume they can, immediately.</w:t>
      </w:r>
    </w:p>
    <w:p>
      <w:r>
        <w:t>Answer: ______________________________________________________________________</w:t>
      </w:r>
    </w:p>
    <w:p>
      <w:pPr>
        <w:pStyle w:val="Heading1"/>
      </w:pPr>
      <w:r>
        <w:t>6. Contract and exit</w:t>
      </w:r>
    </w:p>
    <w:p>
      <w:pPr>
        <w:pStyle w:val="ListBullet"/>
      </w:pPr>
      <w:r>
        <w:rPr>
          <w:b/>
        </w:rPr>
        <w:t>☐ ★ What happens if either of us ends the project early?</w:t>
      </w:r>
      <w:r>
        <w:br/>
        <w:t>Why: Defines what you pay and what you get. Red flag: No termination clause.</w:t>
      </w:r>
    </w:p>
    <w:p>
      <w:r>
        <w:t>Answer: ______________________________________________________________________</w:t>
      </w:r>
    </w:p>
    <w:p>
      <w:pPr>
        <w:pStyle w:val="ListBullet"/>
      </w:pPr>
      <w:r>
        <w:rPr>
          <w:b/>
        </w:rPr>
        <w:t>☐ What do we receive if we stop after a phase?</w:t>
      </w:r>
      <w:r>
        <w:br/>
        <w:t>Why: You should keep what you paid for. Red flag: Nothing until the end.</w:t>
      </w:r>
    </w:p>
    <w:p>
      <w:r>
        <w:t>Answer: ______________________________________________________________________</w:t>
      </w:r>
    </w:p>
    <w:p>
      <w:pPr>
        <w:pStyle w:val="ListBullet"/>
      </w:pPr>
      <w:r>
        <w:rPr>
          <w:b/>
        </w:rPr>
        <w:t>☐ What confidentiality terms do you use?</w:t>
      </w:r>
      <w:r>
        <w:br/>
        <w:t>Why: Protects plans and unreleased products. Red flag: None by default.</w:t>
      </w:r>
    </w:p>
    <w:p>
      <w:r>
        <w:t>Answer: ______________________________________________________________________</w:t>
      </w:r>
    </w:p>
    <w:p>
      <w:pPr>
        <w:pStyle w:val="ListBullet"/>
      </w:pPr>
      <w:r>
        <w:rPr>
          <w:b/>
        </w:rPr>
        <w:t>☐ What insurance do you carry?</w:t>
      </w:r>
      <w:r>
        <w:br/>
        <w:t>Why: Matters for larger projects. Red flag: No idea.</w:t>
      </w:r>
    </w:p>
    <w:p>
      <w:r>
        <w:t>Answer: ______________________________________________________________________</w:t>
      </w:r>
    </w:p>
    <w:p>
      <w:pPr>
        <w:pStyle w:val="ListBullet"/>
      </w:pPr>
      <w:r>
        <w:rPr>
          <w:b/>
        </w:rPr>
        <w:t>☐ Whose contract do we use, and can we see it now?</w:t>
      </w:r>
      <w:r>
        <w:br/>
        <w:t>Why: Read it before you choose, not after. Red flag: Only after you commit.</w:t>
      </w:r>
    </w:p>
    <w:p>
      <w:r>
        <w:t>Answer: ______________________________________________________________________</w:t>
      </w:r>
    </w:p>
    <w:p>
      <w:pPr>
        <w:pStyle w:val="Heading1"/>
      </w:pPr>
      <w:r>
        <w:t>7. After launch</w:t>
      </w:r>
    </w:p>
    <w:p>
      <w:pPr>
        <w:pStyle w:val="ListBullet"/>
      </w:pPr>
      <w:r>
        <w:rPr>
          <w:b/>
        </w:rPr>
        <w:t>☐ What support do you offer after launch, and at what cost?</w:t>
      </w:r>
      <w:r>
        <w:br/>
        <w:t>Why: Bugs and tweaks always follow. Red flag: "We're done at handover" with no options.</w:t>
      </w:r>
    </w:p>
    <w:p>
      <w:r>
        <w:t>Answer: ______________________________________________________________________</w:t>
      </w:r>
    </w:p>
    <w:p>
      <w:pPr>
        <w:pStyle w:val="ListBullet"/>
      </w:pPr>
      <w:r>
        <w:rPr>
          <w:b/>
        </w:rPr>
        <w:t>☐ How will you hand over to our team?</w:t>
      </w:r>
      <w:r>
        <w:br/>
        <w:t>Why: Your team has to live with the work. Red flag: A file dump.</w:t>
      </w:r>
    </w:p>
    <w:p>
      <w:r>
        <w:t>Answer: ______________________________________________________________________</w:t>
      </w:r>
    </w:p>
    <w:p>
      <w:pPr>
        <w:pStyle w:val="ListBullet"/>
      </w:pPr>
      <w:r>
        <w:rPr>
          <w:b/>
        </w:rPr>
        <w:t>☐ How do you measure whether the project worked?</w:t>
      </w:r>
      <w:r>
        <w:br/>
        <w:t>Why: Ties the work to your goal. Red flag: They do not measure results.</w:t>
      </w:r>
    </w:p>
    <w:p>
      <w:r>
        <w:t>Answer: ______________________________________________________________________</w:t>
      </w:r>
    </w:p>
    <w:p>
      <w:pPr>
        <w:pStyle w:val="Heading1"/>
      </w:pPr>
      <w:r>
        <w:t>Questions for their references</w:t>
      </w:r>
    </w:p>
    <w:p>
      <w:pPr>
        <w:pStyle w:val="ListBullet"/>
      </w:pPr>
      <w:r>
        <w:t>☐ What was the project, and did it reach its goal?</w:t>
      </w:r>
    </w:p>
    <w:p>
      <w:pPr>
        <w:pStyle w:val="ListBullet"/>
      </w:pPr>
      <w:r>
        <w:t>☐ Did it come in on budget and on time? If not, what happened?</w:t>
      </w:r>
    </w:p>
    <w:p>
      <w:pPr>
        <w:pStyle w:val="ListBullet"/>
      </w:pPr>
      <w:r>
        <w:t>☐ Who did the work day to day?</w:t>
      </w:r>
    </w:p>
    <w:p>
      <w:pPr>
        <w:pStyle w:val="ListBullet"/>
      </w:pPr>
      <w:r>
        <w:t>☐ What was hard about working with them?</w:t>
      </w:r>
    </w:p>
    <w:p>
      <w:pPr>
        <w:pStyle w:val="ListBullet"/>
      </w:pPr>
      <w:r>
        <w:t>☐ How did they handle a disagreement or a change?</w:t>
      </w:r>
    </w:p>
    <w:p>
      <w:pPr>
        <w:pStyle w:val="ListBullet"/>
      </w:pPr>
      <w:r>
        <w:t>☐ Would you hire them again for the same kind of project?</w:t>
      </w:r>
    </w:p>
    <w:p>
      <w:pPr>
        <w:pStyle w:val="ListBullet"/>
      </w:pPr>
      <w:r>
        <w:t xml:space="preserve">☐ </w:t>
      </w:r>
    </w:p>
    <w:p>
      <w:pPr>
        <w:pStyle w:val="ListBullet"/>
      </w:pPr>
      <w:r>
        <w:t>☐ The last question does most of the work. Listen for hesitation.</w:t>
      </w:r>
    </w:p>
    <w:p>
      <w:pPr>
        <w:pStyle w:val="ListBullet"/>
      </w:pPr>
      <w:r>
        <w:t xml:space="preserve">☐ </w:t>
      </w:r>
    </w:p>
    <w:p>
      <w:pPr>
        <w:pStyle w:val="ListBullet"/>
      </w:pPr>
      <w:r>
        <w:t>☐ ## Red flags, in one list</w:t>
      </w:r>
    </w:p>
    <w:p>
      <w:pPr>
        <w:pStyle w:val="ListBullet"/>
      </w:pPr>
      <w:r>
        <w:t xml:space="preserve">☐ </w:t>
      </w:r>
    </w:p>
    <w:p>
      <w:pPr>
        <w:pStyle w:val="ListBullet"/>
      </w:pPr>
      <w:r>
        <w:t>☐ - They cannot name the people who will do the work.</w:t>
      </w:r>
    </w:p>
    <w:p>
      <w:pPr>
        <w:pStyle w:val="ListBullet"/>
      </w:pPr>
      <w:r>
        <w:t>☐ - Case studies show visuals with no client goal or outcome.</w:t>
      </w:r>
    </w:p>
    <w:p>
      <w:pPr>
        <w:pStyle w:val="ListBullet"/>
      </w:pPr>
      <w:r>
        <w:t>☐ - They want most of the fee before any work is delivered.</w:t>
      </w:r>
    </w:p>
    <w:p>
      <w:pPr>
        <w:pStyle w:val="ListBullet"/>
      </w:pPr>
      <w:r>
        <w:t>☐ - They will not put a copyright assignment in writing.</w:t>
      </w:r>
    </w:p>
    <w:p>
      <w:pPr>
        <w:pStyle w:val="ListBullet"/>
      </w:pPr>
      <w:r>
        <w:t>☐ - Their quote is far below the others for the same brief, with no explanation.</w:t>
      </w:r>
    </w:p>
    <w:p>
      <w:pPr>
        <w:pStyle w:val="ListBullet"/>
      </w:pPr>
      <w:r>
        <w:t>☐ - They agree to your deadline without asking a single question.</w:t>
      </w:r>
    </w:p>
    <w:p>
      <w:pPr>
        <w:pStyle w:val="ListBullet"/>
      </w:pPr>
      <w:r>
        <w:t>☐ - Every reference is from years ago, or none are on similar projects.</w:t>
      </w:r>
    </w:p>
    <w:p>
      <w:pPr>
        <w:pStyle w:val="ListBullet"/>
      </w:pPr>
      <w:r>
        <w:t xml:space="preserve">☐ </w:t>
      </w:r>
    </w:p>
    <w:p>
      <w:pPr>
        <w:pStyle w:val="ListBullet"/>
      </w:pPr>
      <w:r>
        <w:t>☐ &lt;YouTube id="FHIEk3yomTw" title="5 Questions to Ask Your Web Designer (Before You Sign a Web Design Contract)" caption="A longer conversation focused on websites: what to check on the designer's own site and what you are really paying for in a redesign." /&gt;</w:t>
      </w:r>
    </w:p>
    <w:p>
      <w:pPr>
        <w:pStyle w:val="ListBullet"/>
      </w:pPr>
      <w:r>
        <w:t xml:space="preserve">☐ </w:t>
      </w:r>
    </w:p>
    <w:p>
      <w:pPr>
        <w:pStyle w:val="ListBullet"/>
      </w:pPr>
      <w:r>
        <w:t>☐ ## Where this fits in the hiring process</w:t>
      </w:r>
    </w:p>
    <w:p>
      <w:pPr>
        <w:pStyle w:val="ListBullet"/>
      </w:pPr>
      <w:r>
        <w:t xml:space="preserve">☐ </w:t>
      </w:r>
    </w:p>
    <w:p>
      <w:pPr>
        <w:pStyle w:val="ListBullet"/>
      </w:pPr>
      <w:r>
        <w:t>☐ These questions are steps 7 and 9 of [how to hire a design agency in the Bay Area](/blog/how-to-hire-a-design-agency-bay-area/). If you are inviting three or more agencies, ask them in writing through the [RFP template](/blog/design-agency-rfp-template/), which puts team, price and terms into a fixed reply format and a weighted score.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B"/>
        <w:sz w:val="16"/>
      </w:rPr>
      <w:t>Free template from Bay Area Design Agency (bayareadesignagency.com). Use and adapt it freely.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